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4920: 生成(onegram)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对现在的大模型生成技术非常感兴趣，他设计了一个非常简单的生成策略。这个生成策略是逐个字符生成的，字符集只包含小写字母。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字符串，生成的下一个字符只和当前的末尾字符有关，他会把字符串中跟当前末尾字符相同的字符挑出来，再把这些字符的下一个字符选中，在选中的字符中找到出现频率最高的字符作为当前的生成。特别的，如果有多个出现频率最高的字符，小 Y 会选择字典序最小的那个字符生成。如果末尾字符在前面没有出现过，则生成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举例来说，如果当前的字符串为 ababaca,生成过程是这样的：此时末尾字母为 a，首先选中所有的字母 a，将小写字母 a 标成红色后字符串将是 ababaca，可以看到所有红色字符的下一个字符为依次 b、b、c，因为 b 出现了 2 次而 c 仅出现了 1 次，所以生成的下一个字符是 b，新字符串变为 ababacab。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对于一个长度为 n 的字符串，小 Y 希望按照以上生成策略进行 n 次生成，他希望知道生成之后的长度为 2n 的字符串是什么样的。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一行一个字符串，长度为输入字符串的两倍。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9 个测试点，每个测试点 10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对于所有测试点：1 ≤ n ≤ 100000，字符集仅包含小写字母，n 表示字符串长度。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1-2 ：1 ≤ n ≤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3 ：保证字符串中的所有字符完全相同。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4-5：保证字符串中只包含 a,b 这 2 种字符。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