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4919: 数字旋转(rotate)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市赛常州2025字符串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2025年常州“信息与未来”小学生编程比赛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在电子显示屏幕上有 n 个数字，小 Y 想知道，最少需要修改 n 个数字中的几个数字，使得这 n 个数字按中心整体旋转 180 度之后，和原来一模一样。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在这个任务中，我们规定，0,1,2,5,8 这 5 个数字旋转 180 度之后和原来一模一样。6 旋转后变为 9，9 旋转后变为 6。3,4,7 这 3 个数字旋转 180 度后不能称作数字，3 变成了大写字母 E，7 变成了大写字母 L，4 旋转后变成的图案既不是数字，也不是字母。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举例来说，如果 n=3 ，数字为 121，旋转 180 度之后数字仍然为 121，不需要进行任何修改。如果 n=3，数字为 125，旋转 180 度之后数字为 521，和原来不一样，因此需要在原来的基础上，把 125 的第一个数字改成 5（变成 525）或者第三个数字改成 1（变成 121），旋转 180 度后才会和原来一样。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67046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b26ehu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704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第二行一个长度为 n 的字符串表示 n 个数字。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 1 个数表示最少需要修改的数字数量是多少。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6 个测试点，每个测试点 10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对于所有测试点： 1≤ n ≤ 100000，数字包含 0,1,2,3,4,5,6,7,8,9。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1：保证 n=1。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2：保证数字仅包含 3,4,7。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3-4：保证 n 是偶数。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