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4918: 树的深搜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一棵有 N 个结点的树，树上结点编号为 1 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指定 1 号点为树的根，并给出树上所有的父子关系。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请从根开始，按照深度优先、优先访问小编号结点的顺序深搜树，并输出深搜过程中结点的访问顺序。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 代表树上结点的数量。(1 ≤ N ≤ 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行，每行输入两个整数 X, Y，代表编号为 X 的结点是编号为 Y 的结点的父。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行，每行一个整数，代表按题意输出的树深搜过程中每个结点的编号。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