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4908: 数字的首尾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输入一行由英文的大写字母、小写字母、数字构成的字符串，其中连续的数字字符构成一个整数。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请输出每个整数的第 1 个数字字符和最后一个数字字符。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输入一行由英文的大写字母、小写字母、数字构成的字符串。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请注意，字符串长度在 [5, 100] 的范围内，保证输入的字符串中一定有数字字符，且整数一定不会以数字 0 开头，即不会是类似 Ab0123Cd45 的格式，但可能是 Ab1023Cd45 的格式。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输出若干行，每行输出一个整数的第 1 个数字字符和最后一个数字字符，两个字符之间用空格隔开。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特别的，如果一个整数只有一位数，那么这一位数既是第 1 个数字，也是最后一个数字字符。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