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4900: 数列循环右移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一个数列 A 中存有 n 个整数，要将每个整数循环向右移 2 个位置，即将 A 中的数据由 （A[0] A[1]……A[n-3] A[n-2] A[n-1]）变换为（A[n-2] A[n-1] A[0] A[1]……A[n-3]）（最右 2 个数循环移至最左面的 2 个位置）。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例如：数列 1 2 3 4 5循环右移 2 位，得到 4 5 1 2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循环右移操作过程如下图所示：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93066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9ezh5q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306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输入包含两行。第一行是一个整数 n，表示数列 A 中整数的数量。(1 ≤ n ≤ 50)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个由空格分隔的整数，表示数列 A 的元素。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 n 个由空格分隔的整数，表示原数列循环向右移 2 位后的结果。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请注意，最右边的两个数字应该移到数列的最左边，并保持它们原来的顺序不变。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4 5 1 2 3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