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4898: 小写变大写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4898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蓝桥等考字符串字符数组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给定一个只包含大小写字母的字符串。要求编写程序将字符串里面所有的小写字母变成大写形式。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输入一行，包含一个字符串 str，该字符串仅由大小写字母组成。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输出一行，内容为输入字符串 str 中所有小写字母转换为大写后的结果。原有的大写字母保持不变。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Music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MUSIC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