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4891: 最终得分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一场歌唱比赛，有 n 个评委对一位选手进行评分。为了公平起见，要去掉一个最高分和一个最低分，然后求出剩余评分的平均分（向下取整），记为选手的最终得分。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输入第一行包含一个整数 n，表示评委的总数。（1 ≤ n ≤ 50）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接下来的一行包含 n 个整数，分别表示每位评委给出的分数。（数的大小在 1 ∼ 100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输出一个整数，表示选手的最终得分。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95 96 90 88 100 81 97 94 95 96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