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4890: 输出指定字符串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请在电脑屏幕上输出一个字符串 dengkao。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输出一个字符串 dengkao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dengkao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