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4882: 梯形的面积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已知梯形的面积公式：（上底边长 + 下底边长） × 高 ÷2。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3个正整数 a、b、h，分别表示梯形的上底边长、下底边长和高，编写一个程序计算出梯形的面积。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3个正整数 a、b、h，(0 &lt; a &lt; 100 ),(0 &lt; b &lt; 100 ),(0 &lt; c &lt; 100 )分别表示梯形的上底边长、下底边长和高。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输出梯形的面积。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