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4874: 计算圆的面积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圆的面积公式：S=π * r * r（其中 π 取近似值3.14）。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给出一个正整数 r，表示圆的半径，根据面积公式，编写一个程序计算出圆的面积。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例如：半径为 2 的圆，面积为 3.14 * 2 *2 = 12（只向下保留整数部分的值）。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r，表示圆的半径 (r &lt; 100 )。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输出圆面积。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