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4873: 奇变偶不变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一个数列 A 中有 n 个整数，按如下规则分别对数列 A 中的奇数元素与偶数元素进行相应处理。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首先，找出数列 A 中是奇数的元素，依次输出这些奇数元素乘以 3 后再加1的计算结果；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然后，再将数列A中是偶数的元素依次输出。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例如：数列 A 为：1 2 3 4 5 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其中，1，3，5，7是奇数，依次输出这些奇数乘以 3 后再加 1 的计算结果为：4，10，16，22；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数列 A 中是偶数的元素为 2，4，6，依次输出；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所以最终的输出为：4 10 16 22 2 4 6。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n，表示数列 A 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个整数，表示数列 A 中的元素，每两个整数之间用空格分隔。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输出一行，包含按题目规则处理后的结果。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1 2 3 4 5 6 7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4 10 16 22 2 4 6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