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4866: 正方形面积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正方形的面积 = 边长 × 边长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给定正方形的边长，计算出正方形的面积。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 ，代表正方形边长 (0 &lt; n &lt; 10000)。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输出正方形周长。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