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4862: 数字字符的数量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给定一个字符串，输出字符串中数字字符的数量。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输出字符串中数字字符的数量。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a1b2c d3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