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4861: 数字分类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给定一个整数 N，判断 N 为哪一类整数。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N。(N 在int范围内)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输出一个整数，如果 N小于 0，输出 -1;如果 N 为0，输出 0 ;如果 N 大于 0，输出 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