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4857: 奇数序列排序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4857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给定一个长度为 N 的正整数序列，请将其中的所有奇数取出，并按增序（从小到大）输出。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输入的第一行包含一个整数 N，表示序列的长度(1 ≤ n ≤ 100)。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第二行包含 N 个正整数 ，表示给定的序列。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输出一行，包含所有从序列中取出的奇数，并按从小到大的顺序排列。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10 3 8 6 7 4 9 5 2 1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1,3,5,7,9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