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4855: 儿童火车票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4855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蓝桥等考分支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108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儿童火车票购票规定：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1. 身高不足 120 厘米的儿童，不需要购买火车票；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2. 身高为 120∼ 150 厘米的儿童，需购买儿童票；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3. 身高超过 150 厘米的儿童，需购买全价票。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现在请你设计一个程序，根据儿童的身高来判断购买什么票。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输入一个正整数 h(50 ≤ h ≤ 180)，表示儿童的身高(单位:厘米)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如果儿童身高不足 120 厘米，则输出 Free;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如果儿童身高为  120∼ 150 厘米(含 120 和 150 厘米)，则输出 Child;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如果儿童身高超过 150 厘米，则输出 Full。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120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Child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