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4854: 报到日期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月份放暑假，小蓝报名参加了一个夏令营。夏令营将于 7 月 15 日开营，从这天开始，学员可以报到；7月 22日 闭营，从这一天起就不允许学员报到了。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小蓝想帮夏令营设计一个程序，当输入学员报到的日期后，程序就会输出结果，告诉学员是否可以报到。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请帮小蓝设计这个程序。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d (小于等于 31 )，表示学员 7 月份报到的日期。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d 小于 15 ，程序输出 Too early;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d 大于或等于 22 ，输出程序 Too late;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其他情况，程序输出 Welcome。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Welcome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