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4853: 矩阵外圈整数之和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4853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 N * N的整数矩阵，计算矩阵最外圈整数之和。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例如：N=3，整数矩阵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7 8 9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最外圈整数之和为 40（40=1+2+3+6+9+8+7+4）。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N,代表行列。（1 ≤ N ≤ 20）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输出矩阵最外圈整数之和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7 8 9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