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4850: 递减等差数列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等差数列是指从第二项起，每一项与它的前一项的差等于同一个常数的一种数列，这个常数叫做等差数列的公差。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2,5,8,11 就是一个公差为 3 的等差数列。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如果公差小于 0，为递减等差数列。如 11,7,3 就是一个公差为 -4 的递减等差数列。也就是从第二项起，每一项比前一项减少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给定两个正整数 m、n，输出从 m 到 n 之间，以 m 为第一项，公差为 -4 的等差数列。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m、n，输出从 m 到 n 之间，以 m 为第一项，公差为 -4 的等差数列（1 &lt; m &lt; n ≤ 1000）。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m 到 n 之间的所有满足条件的数。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11 7 3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