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4849: 最后一个单词的长度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给出一个包含若干个单词的字符串，请编写程序计算出最后一个单词的长度。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输入的字符串为：bike mask friend chick menu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其中，最后一个单词 menu的长度为 4，故输出 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输出字符串最后一组单词长度。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bike mask friend chick menu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