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4848: 自守数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蓝桥等考循环函数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自守数，亦称同构数，是指一个数的平方的一位或几位尾数等于该数自身的自然数。如：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正整数 5 的平方为 25，25 的尾数末一位是 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正整数 25 的平方为 625，625 的尾数末两位是 25。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给定两个正整数 N 和 M，判断 N 到 M 之间有多少个自守数。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输入两个正整数 N 和 M。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到 M 之间有多少个自守数。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