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4847: 大写字母的个数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输入一个字符串，其中可能包含数字，小写字母和大写字母，输出大写字母的个数。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输入一个字符串，其中可能包含数字，小写字母和大写字母。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输出大写字母的个数。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Apple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