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4843: 小蓝的目标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小蓝的期中考试成绩出来了，他这次考试的目标是能考进全校前3 名，请根据全体学生的成绩来判断，小蓝是否达到了这个目标。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提示：把全部成绩从高到低排序，如果小蓝的成绩大于等于第 3 名成绩，就算达到了目标。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 (1 ≤ n ≤ 1000)，表示全体学生的数量。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个数代表学生的成绩。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第三行行输入一个整数 x ，代表小蓝的成绩。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如果小蓝的成绩能够排进全校前 3 名，则输出 "Y"；否则，输出 "N"。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10 3 8 6 7 4 9 5 2 1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