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4842: 四大洋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4842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四大洋，是地球上太平洋、大西洋、印度洋、北冰洋的总称。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根据大洋面积从大到小依次为：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1. 太平洋（Pacific Ocean）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2. 大西洋（Atlantic Ocean）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3. 印度洋（Indian Ocean）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4. 北冰洋（Arctic Ocean）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给定大洋面积的排列序号，输出对应大洋的英文名称。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 n，表示大洋面积的排列序号。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题目数据保证 n 的范围是 1 ∼ 10。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一个字符串，表示对应大洋的英文名称(两个单词首字母都大写，其余字母全部小写，两个单词中间有一个空格)如果输入其它值，输出“Error”。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Atlantic Ocean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