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4840: 截取数列片段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的数列，要求截取其中从第 x 个元素到第 y 个元素的片段并输出。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例如，当 n = 8，x = 3，y = 6：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数列为：1 2 3 4 5 6 7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输出数列的第 3 个到第 6 个元素为 3 4 5 6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第一行包含三个正整数 n，x，y，n 表示数列的长度 x 和 y 分别表示要截取的起始位置和结束位置（1 ≤ x ≤ y ≤ n ≤ 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 ，表示数列中的元素。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输出一行，包含从第 x 个元素到第 y 个元素的所有数，每个数之间用空格分隔。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8 3 6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1 2 3 4 5 6 7 8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3 4 5 6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