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4839: 画字符图案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4839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根据输入的正整数 n，画出如图所示的反写字母“Z”形状的字符图案。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 n = 2时，图案为：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n。（1 ≤ n ≤ 10）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行打印的“Z”字图形。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