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4837: 最高分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学校计算机社团组织了一次内部选拔赛，成绩出来后，请你设计一个程序，根据这次竞赛的成绩单，找出最高分。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n，表示参赛学生的数量。(1 ≤ n ≤ 100)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输出一个整数，表示所有参赛学生中的最高分。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380 440 320 420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