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4836: 最长的单词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4836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输入一个英文句子，输出其中第一个最长的单词。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输出字符串中第一个最长的单词。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A Beaver puts five bottles on a table.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bottles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