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4835: 书的英文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请在电脑屏幕上输出书的英文：“book”。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输出英文“book”。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book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