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4834: 信用卡校验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蓝桥等考函数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Luhn算法是一种验证信用卡号码的方法。如果持卡人在填写卡号时填错了一位，或者填反相邻两个数，计算机用这种方法校验，可以立刻发现错误，避免持卡人的损失。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我国常用的信用卡卡号由 16 位数字组成，使用Luhn算法校验的步骤是，从卡号左边第一位数字开始：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将奇数位数字乘以 2，如果乘积为两位数，则将其减去 9 ；然后累加求和，结果保存为 a1；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将偶数位数字累加求和，结果保存为 a2；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如果 a1+a2 能被 10 整除，说明卡号是合法的，否则卡号就是非法的。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例如，卡号 5432123456788881 的 3 步校验计算过程如下表所示。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请编写一个程序，输入卡号，然后判断是否合法，如果是合法卡号，输出 yes。否则输出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9757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gdm4m5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757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输出判断卡号是否合法，如果是合法卡号，输出 yes。否则输出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5432123456788881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