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4833: 矩阵切块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m * n 的整数矩阵和两个整数 x、y，输出矩阵的第 x 行到第 y 行（含第 x、y 行）的所有内容。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m = 4，n = 4，4 * 4的矩阵为：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4 6 8 7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 x = 1，y = 2，输出第 1 行到第 2 行的结果为：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输入一行包含两个整数 m 和 n，分别表示矩阵的行数和列数,在输入两个整数 x 和 y，表示需要输出的起始行号和结束行号。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输出矩阵中从第 x 行到第 y 行（包含第 x 行和第 y 行）的所有内容，每行的整数之间用一个空格分隔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4 6 8 7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2 4 6 8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