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4832: 计算苹果数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小蓝家有 n 个苹果，小蓝和妈妈各吃了 2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请编写程序计算出剩余的苹果还有多少个？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n(n 大于 4 ，且小于 20 )，表示小蓝家原有的苹果数。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输出一个正整数，表示剩余苹果数。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