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4831: 单词替换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4831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输入一个字符串，该字符串由若干个单词组成，所有单词区分大小写。现需要将其中的某个单词全部替换成另一个单词，并输出替换之后的字符串。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第一行一个字符串，该字符串由若干个单词组成，所有单词区分大小写。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第二行需要被替换的单词。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第三行需要替换的单词。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输出替换之后的字符串。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I love Python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Python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CPP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I love CPP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