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4830: 数字字符的个数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输入一个字符串，其中可能包含数字 0 ∼ 9 和字母，输出数字字符的个数。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输出字符串中数字字符的个数。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ABC123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