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4827: 判断偶数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给出两个整数，判断两个数是否为偶数，包含以下 3 种情况：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两个整数都是偶数；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只有一个是偶数；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两个整数都不是偶数。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输入一行，包含两个整数 n，m。（-1,000,000 ≤ n,m ≤ 1,000,000)，两个整数之间一个空格隔开。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输出一行，如果整数 n 和 m 都为偶数，则输出 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如果整数 n 和 m 中有一个是偶数，则输出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如果整数 n 和 m 都不是偶数，则输出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