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4826: 纯数字密码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4826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某在线学习平台在用户设置密码时，会自动对密码的安全性进行判定，如果密码只包含数字，则会判定为弱密码，该类密码容易被破解，安全性较低。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给定一个密码，判定这个密码是否是弱密码。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输出判定结果，如果是弱密码输出" yes ",如果不是弱密码输出 " no"。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passw0rd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no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