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4821: 判断奇数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4821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在整数中，不能被 2 整除的数叫做奇数。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例如：1、3、5、7、9、11、-1、-3、-5、-7、-9、-11。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给出两个整数，判断两个数是否为奇数，包含以下 3 种情况：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两个数都是奇数；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只有一个数是奇数；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两个数都不是奇数。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请编程计算出两个整数中，有几个整数是奇数。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输入两个整数。(两个整数都在 -10^6 ∼ 10^6 之间)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输出两个整数中有几个整数是奇数。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