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4820: 三进制转换为十进制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输入一个三进制非负整数，将其转换成十进制数。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三进制的数码有：0，1，2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输入一个三进制非负整数（三进制的数码有：0，1，2）。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输出一个整数，表示将输入的三进制数转换为十进制后的值。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