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4809: 累加和的数列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4809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有一个数列，它的第 1 项为 1 ，第 2 项为 3（1 + 2），第 3 项为 6（ 1 + 2 + 3 ）......第 n 项为 1 + 2 + 3 + ⋯ + n 的累加和，请输出这个数列的前 n 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注意：输入输出格式要和样例严格保持一致，不要输出任何与答案无关的内容，如“请输入：”之类的提示信息，或者在数据前面输出多余的空格或空行。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输入包含一个正整数 n，表示需要输出的数列的项数。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 n 个正整数，每个整数代表数列中对应项的值。相邻两个整数之间用一个空格分隔，注意行末不要有多余的空格。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1 3 6 10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