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4805: 单词的个数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4805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给出一个包含若干个单词的字符串，请编写程序计算出字符串中包含的单词个数。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输入的字符串为：I love music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包含 3 个单词，故输出 3。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输入一个字符串 S，该字符串由若干个单词组成，单词之间通过空格分隔。字符串长度不超过 1000 个字符。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输出一个整数，表示输入字符串中单词的个数。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I love music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