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4799: 主对角线求和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N * N 的整数矩阵，计算矩阵主对角线（左上角到右下角）上的整数之和。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例如：矩阵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9 7 5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主对角线上的数是9，2，8，求和的结果是 19。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输入第一行包含一个正整数 N ，表示矩阵的大小（即矩阵是 N * N 的 N ≤ 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行，每行包含 N 个整数（以空格分隔），表示矩阵中的元素。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输出一个整数，代表矩阵主对角线上所有元素的和。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9 7 5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