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4796: 画倒置的“T”型图案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n，用 * 画出如图所示的倒置 T 型图案。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图案的前 n 行，每行都只有一个 * ，第n+1 行有 2 × n–1 个 *，前 n 行的 * 和最后一行水平居中对齐。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n=3 时，图案为：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n=4 时，图案为：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输入包含一个正整数 n，表示图案的高度以及底部宽度的一半减一。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输出一个倒置的“ T ”型图案，图案的前 n 行每行都只有一个星号（*），并且这些星号垂直居中对齐；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n+1  行有 2 × n−1 个星号，并水平居中对齐。每个星号（*）与星号之间不应有多余空格，但为了使图案居中，每行的开头可能需要适当的前导空格。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