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4794: 简易计算器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4794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 +、-、* 中任意一个运算符，以及两个整数 N、M，根据运算符计算 N 加 M 、N 减 M 或 N 乘 M 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输入共 2 行；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行输入一个运算符（+、-、* 中的任意一个）；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行输入两个整数 N、M，代表参与计算的两个数。两数中间有一个空格。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输出一个整数，表示计算的结果。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题目保证输入和输出的整数都在int范围内；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输入输出格式要和样例严格保持一致，不要输出任何与答案无关的内容，如“请输入：”之类的提示信息，或者在数据前面输出多余的空格或空行。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+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