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4793: 最便宜的发卡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佩琪看上了一堆漂亮的发卡，但是手里的钱又不多，她就想选一个最便宜的买下来。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每种发卡的款式、价钱都不一样。请你设计一个程序，根据每种发卡的价格，判断佩琪是否能够买下心爱的发卡。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输入第一行包含一个整数 n 和 m。分别表示发卡的数量，以及佩琪手中的钱（单位：元）。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接下来的一行包含 n 个空格分隔的整数，每个整数代表一种发卡的价格（单位：元）。发卡的数量不会超过 100 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输出两行：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第一行一个字符串 YES 或者 NO，如果佩琪能够买下至少一个发卡，则输出 YES；否则输出 NO。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第二行输出最小发夹金额。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20 12 36 38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