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4792: 4的倍数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如果整数 a 能被整数 b 整除，那么 a 就是 b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例如：8 能被 4 整除，所以 8 是 4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给定两个正整数 m、n，统计从 m 到 n 之间 4 的倍数有多少。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例如：m = 1, n = 13，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1 ∼ 13 之间，4 的倍数有 4，8，12，总共有 3 个，所以输出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 ，分别表示区间的起始和结束。这两个数字在同一行给出，并且用空格分隔。（1 ≤ m ≤ n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 m 到 n （包括 m 和 n）之间 4 的倍数的数量。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