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4786: 组合数计算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蓝桥等考自定义函数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n 个不同元素中，任取 m (m ≤ n)个元素并成一组，叫做从 n 个不同元素中取出 m 个元素的一个组合；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n 个不同元素中取出 m (m ≤ n)个元素的所有组合的个数，叫做从 n 个不同元素中取出 m 个元素的组合数；用符号 c( n , m ) 表示。计算公式为：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( n , m  ) = n!/((n - m)! * m!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其中，n! 表示 n 的阶乘，计算方法：n! = 1 × 2 × 3 × ⋯ × n； 0 的阶乘定义为1。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输入包含两个整数 n 和 m ，分别表示从多少个不同元素中选取以及选取的元素个数。满足条件 0 ≤ m ≤ n ≤ 10。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 n 个不同元素中取出 m 个元素的所有组合的个数，即 c(n, m)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