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4784: 字符串倒序输出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输入一个字符串，将其倒序后输出。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 s 的逆序版本。即，如果输入的字符串为 " abc "，则输出应为 " cba 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olleH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