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4780: 足球比赛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4780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蓝桥等考循环二维数组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86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学校举办了一场足球比赛，有 n 个班级参加。输入每个班级的进球总数和失球总数，并计算出净胜球数（净胜球数=进球总数-失球总数）。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最后按输入的顺序输出每个班级的净胜球数。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输入第一行包含一个整数 n，（n ≤ 20 ）表示参加比赛的班级数量。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接下来的  n 行，每行包含两个整数 a_i 和 b_i，分别表示第 i 个班级的进球总数和失球总数。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 n 行，每行一个整数，表示按输入顺序排列的每个班级的净胜球数（净胜球数 = 进球总数 - 失球总数）。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6 12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3 4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-6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-1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