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4779: 区间里的哈沙德数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蓝桥等考循环自定义函数短除法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哈沙德数（Harshad Number），是指能够被其各个数位上的数字之和整除的自然数。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例如：12 是哈沙德数，因为其各个数位上的数字之和为1+2=3，12 能被 3 整除。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现在给定两个正整数 m，n，输出 m 到 n 之间（包含 m、n）所有的哈沙德数。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输入包含两个正整数 m 和 n，分别表示范围的起始值和结束值。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 m 到 n 之间（包含 m 和 n）所有的哈沙德数，每个数之间用一个空格分隔。如果没有满足条件的哈沙德数，则输出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9 10 12 18 20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