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4775: 不及格的学生人数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某场考试有 n 个学生参加，请统计本场考试不及格（分数低于 60）学生的人数。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n，（n ≤ 100）表示参加考试的学生人数。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行，每行包含一个整数，第 i 个整数s_i表示第 i 个学生的考试分数。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输出一个整数，表示考试不及格（分数低于 60）的学生人数。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85 78 60 59 54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